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CC627" w14:textId="24ADFC0D" w:rsidR="009B3D56" w:rsidRDefault="003E3BC4">
      <w:pPr>
        <w:pStyle w:val="Title"/>
        <w:jc w:val="center"/>
        <w:rPr>
          <w:rFonts w:ascii="Arial" w:eastAsia="Arial" w:hAnsi="Arial" w:cs="Arial"/>
          <w:sz w:val="40"/>
          <w:szCs w:val="40"/>
        </w:rPr>
      </w:pPr>
      <w:r>
        <w:rPr>
          <w:noProof/>
        </w:rPr>
        <w:drawing>
          <wp:inline distT="0" distB="0" distL="0" distR="0" wp14:anchorId="41AB3EDD" wp14:editId="61976A57">
            <wp:extent cx="2501900" cy="748030"/>
            <wp:effectExtent l="0" t="0" r="0" b="0"/>
            <wp:docPr id="2367909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90944" name="Pictur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01" w14:textId="0A29D3BD" w:rsidR="007E5F5D" w:rsidRPr="00EE6864" w:rsidRDefault="009B3D56">
      <w:pPr>
        <w:pStyle w:val="Title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EE6864">
        <w:rPr>
          <w:rFonts w:ascii="Arial" w:eastAsia="Arial" w:hAnsi="Arial" w:cs="Arial"/>
          <w:b/>
          <w:bCs/>
          <w:sz w:val="28"/>
          <w:szCs w:val="28"/>
        </w:rPr>
        <w:t>S</w:t>
      </w:r>
      <w:sdt>
        <w:sdtPr>
          <w:rPr>
            <w:rFonts w:ascii="Arial" w:hAnsi="Arial" w:cs="Arial"/>
            <w:b/>
            <w:bCs/>
            <w:sz w:val="28"/>
            <w:szCs w:val="28"/>
          </w:rPr>
          <w:tag w:val="goog_rdk_0"/>
          <w:id w:val="107261869"/>
        </w:sdtPr>
        <w:sdtContent>
          <w:r w:rsidRPr="00EE6864">
            <w:rPr>
              <w:rFonts w:ascii="Arial" w:eastAsia="Arial" w:hAnsi="Arial" w:cs="Arial"/>
              <w:b/>
              <w:bCs/>
              <w:sz w:val="28"/>
              <w:szCs w:val="28"/>
            </w:rPr>
            <w:t>ample S</w:t>
          </w:r>
        </w:sdtContent>
      </w:sdt>
      <w:r w:rsidRPr="00EE6864">
        <w:rPr>
          <w:rFonts w:ascii="Arial" w:eastAsia="Arial" w:hAnsi="Arial" w:cs="Arial"/>
          <w:b/>
          <w:bCs/>
          <w:sz w:val="28"/>
          <w:szCs w:val="28"/>
        </w:rPr>
        <w:t>ocial Media Post</w:t>
      </w:r>
      <w:sdt>
        <w:sdtPr>
          <w:rPr>
            <w:rFonts w:ascii="Arial" w:hAnsi="Arial" w:cs="Arial"/>
            <w:b/>
            <w:bCs/>
            <w:sz w:val="28"/>
            <w:szCs w:val="28"/>
          </w:rPr>
          <w:tag w:val="goog_rdk_1"/>
          <w:id w:val="-1096703033"/>
        </w:sdtPr>
        <w:sdtContent>
          <w:r w:rsidR="00DD3DBF" w:rsidRPr="00EE6864">
            <w:rPr>
              <w:rFonts w:ascii="Arial" w:hAnsi="Arial" w:cs="Arial"/>
              <w:b/>
              <w:bCs/>
              <w:sz w:val="28"/>
              <w:szCs w:val="28"/>
            </w:rPr>
            <w:t>s</w:t>
          </w:r>
        </w:sdtContent>
      </w:sdt>
    </w:p>
    <w:p w14:paraId="00000003" w14:textId="50A603F9" w:rsidR="007E5F5D" w:rsidRDefault="009B3D56" w:rsidP="00EE6864">
      <w:pPr>
        <w:pStyle w:val="Heading1"/>
        <w:rPr>
          <w:rFonts w:ascii="Arial" w:eastAsia="Arial" w:hAnsi="Arial" w:cs="Arial"/>
          <w:color w:val="000000"/>
          <w:sz w:val="22"/>
          <w:szCs w:val="22"/>
        </w:rPr>
      </w:pPr>
      <w:r w:rsidRPr="00EE6864">
        <w:rPr>
          <w:rFonts w:ascii="Arial" w:eastAsia="Arial" w:hAnsi="Arial" w:cs="Arial"/>
          <w:color w:val="002060"/>
          <w:sz w:val="24"/>
          <w:szCs w:val="24"/>
        </w:rPr>
        <w:t>Twitter (X)</w:t>
      </w:r>
      <w:r w:rsidR="00EE6864">
        <w:rPr>
          <w:rFonts w:ascii="Arial" w:eastAsia="Arial" w:hAnsi="Arial" w:cs="Arial"/>
          <w:color w:val="00206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2"/>
          <w:szCs w:val="22"/>
        </w:rPr>
        <w:t>Post 1 – Awareness</w:t>
      </w:r>
    </w:p>
    <w:p w14:paraId="6FBD4F53" w14:textId="578ECA82" w:rsidR="0019435C" w:rsidRPr="0019435C" w:rsidRDefault="0019435C" w:rsidP="0019435C">
      <w:pPr>
        <w:pStyle w:val="Heading2"/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</w:pPr>
      <w:r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Big news!</w:t>
      </w:r>
      <w:r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br/>
        <w:t>Safe Online Standards (S</w:t>
      </w:r>
      <w:r w:rsidR="003E3BC4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.</w:t>
      </w:r>
      <w:r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O</w:t>
      </w:r>
      <w:r w:rsidR="003E3BC4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.</w:t>
      </w:r>
      <w:r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S</w:t>
      </w:r>
      <w:r w:rsidR="003E3BC4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.</w:t>
      </w:r>
      <w:r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) Rating System</w:t>
      </w:r>
      <w:r w:rsidR="00A23FC2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 xml:space="preserve"> </w:t>
      </w:r>
      <w:r w:rsidR="00A23FC2"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officially launched</w:t>
      </w:r>
      <w:r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,</w:t>
      </w:r>
      <w:r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 xml:space="preserve"> a first-of-its-kind </w:t>
      </w:r>
      <w:r w:rsidR="00DD3DBF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resource</w:t>
      </w:r>
      <w:r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 xml:space="preserve"> to help families understand how well online platforms protect youth mental health and digital well-being.</w:t>
      </w:r>
    </w:p>
    <w:p w14:paraId="4C99108C" w14:textId="77777777" w:rsidR="0019435C" w:rsidRPr="0019435C" w:rsidRDefault="0019435C" w:rsidP="0019435C">
      <w:pPr>
        <w:pStyle w:val="Heading2"/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</w:pPr>
      <w:r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Expert-led. Youth-informed. Designed for transparency, accountability, and safer digital spaces.</w:t>
      </w:r>
    </w:p>
    <w:p w14:paraId="271CAC31" w14:textId="77777777" w:rsidR="0019435C" w:rsidRPr="0019435C" w:rsidRDefault="0019435C" w:rsidP="0019435C">
      <w:pPr>
        <w:pStyle w:val="Heading2"/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</w:pPr>
      <w:r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It’s time to expect more from the platforms young people use every day.</w:t>
      </w:r>
    </w:p>
    <w:p w14:paraId="1206ABC5" w14:textId="0E14DCD2" w:rsidR="0019435C" w:rsidRPr="0019435C" w:rsidRDefault="0019435C" w:rsidP="0019435C">
      <w:pPr>
        <w:pStyle w:val="Heading2"/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</w:pPr>
      <w:r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#S</w:t>
      </w:r>
      <w:r w:rsidR="003E3BC4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.</w:t>
      </w:r>
      <w:r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O</w:t>
      </w:r>
      <w:r w:rsidR="003E3BC4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.</w:t>
      </w:r>
      <w:r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S</w:t>
      </w:r>
      <w:r w:rsidR="003E3BC4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>.</w:t>
      </w:r>
      <w:r w:rsidRPr="0019435C">
        <w:rPr>
          <w:rFonts w:ascii="Arial" w:eastAsia="Arial" w:hAnsi="Arial" w:cs="Arial"/>
          <w:b w:val="0"/>
          <w:bCs w:val="0"/>
          <w:color w:val="auto"/>
          <w:sz w:val="22"/>
          <w:szCs w:val="22"/>
          <w:lang w:val="en-US"/>
        </w:rPr>
        <w:t xml:space="preserve"> #OnlineTrust #DigitalWellness #MentalHealthMatters #YouthSafety</w:t>
      </w:r>
    </w:p>
    <w:p w14:paraId="00000005" w14:textId="77777777" w:rsidR="007E5F5D" w:rsidRDefault="009B3D56">
      <w:pPr>
        <w:pStyle w:val="Heading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Post 2 – Quick Tips</w:t>
      </w:r>
    </w:p>
    <w:p w14:paraId="00000006" w14:textId="46CA2C40" w:rsidR="007E5F5D" w:rsidRDefault="00000000">
      <w:pPr>
        <w:rPr>
          <w:rFonts w:ascii="Arial" w:eastAsia="Arial" w:hAnsi="Arial" w:cs="Arial"/>
        </w:rPr>
      </w:pPr>
      <w:sdt>
        <w:sdtPr>
          <w:rPr>
            <w:rFonts w:ascii="Arial" w:hAnsi="Arial" w:cs="Arial"/>
          </w:rPr>
          <w:tag w:val="goog_rdk_12"/>
          <w:id w:val="-898879617"/>
        </w:sdtPr>
        <w:sdtContent>
          <w:r w:rsidR="009B3D56" w:rsidRPr="00DD3DBF">
            <w:rPr>
              <w:rFonts w:ascii="Arial" w:eastAsia="Andika" w:hAnsi="Arial" w:cs="Arial"/>
            </w:rPr>
            <w:t>Want a healthier digital experience? Start here:</w:t>
          </w:r>
          <w:r w:rsidR="009B3D56" w:rsidRPr="00DD3DBF">
            <w:rPr>
              <w:rFonts w:ascii="Arial" w:eastAsia="Andika" w:hAnsi="Arial" w:cs="Arial"/>
            </w:rPr>
            <w:br/>
            <w:t>1️</w:t>
          </w:r>
        </w:sdtContent>
      </w:sdt>
      <w:sdt>
        <w:sdtPr>
          <w:rPr>
            <w:rFonts w:ascii="Arial" w:hAnsi="Arial" w:cs="Arial"/>
          </w:rPr>
          <w:tag w:val="goog_rdk_13"/>
          <w:id w:val="1633821476"/>
        </w:sdtPr>
        <w:sdtContent>
          <w:r w:rsidR="009B3D56" w:rsidRPr="00DD3DBF">
            <w:rPr>
              <w:rFonts w:ascii="Segoe UI Symbol" w:eastAsia="Arial Unicode MS" w:hAnsi="Segoe UI Symbol" w:cs="Segoe UI Symbol"/>
            </w:rPr>
            <w:t>⃣</w:t>
          </w:r>
        </w:sdtContent>
      </w:sdt>
      <w:sdt>
        <w:sdtPr>
          <w:rPr>
            <w:rFonts w:ascii="Arial" w:hAnsi="Arial" w:cs="Arial"/>
          </w:rPr>
          <w:tag w:val="goog_rdk_14"/>
          <w:id w:val="-221948182"/>
        </w:sdtPr>
        <w:sdtContent>
          <w:r w:rsidR="009B3D56" w:rsidRPr="00DD3DBF">
            <w:rPr>
              <w:rFonts w:ascii="Arial" w:eastAsia="Andika" w:hAnsi="Arial" w:cs="Arial"/>
            </w:rPr>
            <w:t xml:space="preserve"> Check privacy settings</w:t>
          </w:r>
          <w:r w:rsidR="009B3D56" w:rsidRPr="00DD3DBF">
            <w:rPr>
              <w:rFonts w:ascii="Arial" w:eastAsia="Andika" w:hAnsi="Arial" w:cs="Arial"/>
            </w:rPr>
            <w:br/>
            <w:t>2️</w:t>
          </w:r>
        </w:sdtContent>
      </w:sdt>
      <w:sdt>
        <w:sdtPr>
          <w:rPr>
            <w:rFonts w:ascii="Arial" w:hAnsi="Arial" w:cs="Arial"/>
          </w:rPr>
          <w:tag w:val="goog_rdk_15"/>
          <w:id w:val="820091174"/>
        </w:sdtPr>
        <w:sdtContent>
          <w:r w:rsidR="009B3D56" w:rsidRPr="00DD3DBF">
            <w:rPr>
              <w:rFonts w:ascii="Segoe UI Symbol" w:eastAsia="Arial Unicode MS" w:hAnsi="Segoe UI Symbol" w:cs="Segoe UI Symbol"/>
            </w:rPr>
            <w:t>⃣</w:t>
          </w:r>
        </w:sdtContent>
      </w:sdt>
      <w:sdt>
        <w:sdtPr>
          <w:rPr>
            <w:rFonts w:ascii="Arial" w:hAnsi="Arial" w:cs="Arial"/>
          </w:rPr>
          <w:tag w:val="goog_rdk_16"/>
          <w:id w:val="2074484933"/>
        </w:sdtPr>
        <w:sdtContent>
          <w:r w:rsidR="009B3D56" w:rsidRPr="00DD3DBF">
            <w:rPr>
              <w:rFonts w:ascii="Arial" w:eastAsia="Andika" w:hAnsi="Arial" w:cs="Arial"/>
            </w:rPr>
            <w:t xml:space="preserve"> Turn off location tracking</w:t>
          </w:r>
          <w:r w:rsidR="009B3D56" w:rsidRPr="00DD3DBF">
            <w:rPr>
              <w:rFonts w:ascii="Arial" w:eastAsia="Andika" w:hAnsi="Arial" w:cs="Arial"/>
            </w:rPr>
            <w:br/>
            <w:t>3️</w:t>
          </w:r>
        </w:sdtContent>
      </w:sdt>
      <w:sdt>
        <w:sdtPr>
          <w:rPr>
            <w:rFonts w:ascii="Arial" w:hAnsi="Arial" w:cs="Arial"/>
          </w:rPr>
          <w:tag w:val="goog_rdk_17"/>
          <w:id w:val="1771451077"/>
        </w:sdtPr>
        <w:sdtContent>
          <w:r w:rsidR="009B3D56" w:rsidRPr="00DD3DBF">
            <w:rPr>
              <w:rFonts w:ascii="Segoe UI Symbol" w:eastAsia="Arial Unicode MS" w:hAnsi="Segoe UI Symbol" w:cs="Segoe UI Symbol"/>
            </w:rPr>
            <w:t>⃣</w:t>
          </w:r>
        </w:sdtContent>
      </w:sdt>
      <w:sdt>
        <w:sdtPr>
          <w:rPr>
            <w:rFonts w:ascii="Arial" w:hAnsi="Arial" w:cs="Arial"/>
          </w:rPr>
          <w:tag w:val="goog_rdk_18"/>
          <w:id w:val="1093760299"/>
        </w:sdtPr>
        <w:sdtContent>
          <w:r w:rsidR="009B3D56" w:rsidRPr="00DD3DBF">
            <w:rPr>
              <w:rFonts w:ascii="Arial" w:eastAsia="Andika" w:hAnsi="Arial" w:cs="Arial"/>
            </w:rPr>
            <w:t xml:space="preserve"> Mute or block harmful accounts</w:t>
          </w:r>
          <w:r w:rsidR="009B3D56" w:rsidRPr="00DD3DBF">
            <w:rPr>
              <w:rFonts w:ascii="Arial" w:eastAsia="Andika" w:hAnsi="Arial" w:cs="Arial"/>
            </w:rPr>
            <w:br/>
            <w:t>4️</w:t>
          </w:r>
        </w:sdtContent>
      </w:sdt>
      <w:sdt>
        <w:sdtPr>
          <w:rPr>
            <w:rFonts w:ascii="Arial" w:hAnsi="Arial" w:cs="Arial"/>
          </w:rPr>
          <w:tag w:val="goog_rdk_19"/>
          <w:id w:val="389154652"/>
        </w:sdtPr>
        <w:sdtContent>
          <w:r w:rsidR="009B3D56" w:rsidRPr="00DD3DBF">
            <w:rPr>
              <w:rFonts w:ascii="Segoe UI Symbol" w:eastAsia="Arial Unicode MS" w:hAnsi="Segoe UI Symbol" w:cs="Segoe UI Symbol"/>
            </w:rPr>
            <w:t>⃣</w:t>
          </w:r>
        </w:sdtContent>
      </w:sdt>
      <w:sdt>
        <w:sdtPr>
          <w:rPr>
            <w:rFonts w:ascii="Arial" w:hAnsi="Arial" w:cs="Arial"/>
          </w:rPr>
          <w:tag w:val="goog_rdk_20"/>
          <w:id w:val="1140607591"/>
        </w:sdtPr>
        <w:sdtContent>
          <w:r w:rsidR="009B3D56" w:rsidRPr="00DD3DBF">
            <w:rPr>
              <w:rFonts w:ascii="Arial" w:eastAsia="Andika" w:hAnsi="Arial" w:cs="Arial"/>
            </w:rPr>
            <w:t xml:space="preserve"> Set screen time limits</w:t>
          </w:r>
          <w:r w:rsidR="009B3D56" w:rsidRPr="00DD3DBF">
            <w:rPr>
              <w:rFonts w:ascii="Arial" w:eastAsia="Andika" w:hAnsi="Arial" w:cs="Arial"/>
            </w:rPr>
            <w:br/>
            <w:t>5️</w:t>
          </w:r>
        </w:sdtContent>
      </w:sdt>
      <w:sdt>
        <w:sdtPr>
          <w:rPr>
            <w:rFonts w:ascii="Arial" w:hAnsi="Arial" w:cs="Arial"/>
          </w:rPr>
          <w:tag w:val="goog_rdk_21"/>
          <w:id w:val="1916199263"/>
        </w:sdtPr>
        <w:sdtContent>
          <w:r w:rsidR="009B3D56" w:rsidRPr="00DD3DBF">
            <w:rPr>
              <w:rFonts w:ascii="Segoe UI Symbol" w:eastAsia="Arial Unicode MS" w:hAnsi="Segoe UI Symbol" w:cs="Segoe UI Symbol"/>
            </w:rPr>
            <w:t>⃣</w:t>
          </w:r>
        </w:sdtContent>
      </w:sdt>
      <w:r w:rsidR="009B3D56" w:rsidRPr="00DD3DBF">
        <w:rPr>
          <w:rFonts w:ascii="Arial" w:eastAsia="Arial" w:hAnsi="Arial" w:cs="Arial"/>
        </w:rPr>
        <w:t xml:space="preserve"> Choose S</w:t>
      </w:r>
      <w:r w:rsidR="00EA40B9">
        <w:rPr>
          <w:rFonts w:ascii="Arial" w:eastAsia="Arial" w:hAnsi="Arial" w:cs="Arial"/>
        </w:rPr>
        <w:t>.</w:t>
      </w:r>
      <w:r w:rsidR="009B3D56" w:rsidRPr="00DD3DBF">
        <w:rPr>
          <w:rFonts w:ascii="Arial" w:eastAsia="Arial" w:hAnsi="Arial" w:cs="Arial"/>
        </w:rPr>
        <w:t>O</w:t>
      </w:r>
      <w:r w:rsidR="00EA40B9">
        <w:rPr>
          <w:rFonts w:ascii="Arial" w:eastAsia="Arial" w:hAnsi="Arial" w:cs="Arial"/>
        </w:rPr>
        <w:t>.</w:t>
      </w:r>
      <w:r w:rsidR="009B3D56" w:rsidRPr="00DD3DBF">
        <w:rPr>
          <w:rFonts w:ascii="Arial" w:eastAsia="Arial" w:hAnsi="Arial" w:cs="Arial"/>
        </w:rPr>
        <w:t>S</w:t>
      </w:r>
      <w:r w:rsidR="00EA40B9">
        <w:rPr>
          <w:rFonts w:ascii="Arial" w:eastAsia="Arial" w:hAnsi="Arial" w:cs="Arial"/>
        </w:rPr>
        <w:t>.</w:t>
      </w:r>
      <w:r w:rsidR="009B3D56" w:rsidRPr="00DD3DBF">
        <w:rPr>
          <w:rFonts w:ascii="Arial" w:eastAsia="Arial" w:hAnsi="Arial" w:cs="Arial"/>
        </w:rPr>
        <w:t>-rated platforms you can trust</w:t>
      </w:r>
      <w:r w:rsidR="009B3D56" w:rsidRPr="00DD3DBF">
        <w:rPr>
          <w:rFonts w:ascii="Arial" w:eastAsia="Arial" w:hAnsi="Arial" w:cs="Arial"/>
        </w:rPr>
        <w:br/>
      </w:r>
      <w:r w:rsidR="009B3D56">
        <w:rPr>
          <w:rFonts w:ascii="Arial" w:eastAsia="Arial" w:hAnsi="Arial" w:cs="Arial"/>
        </w:rPr>
        <w:t>#SOS #DigitalAccountability #OnlineWellness</w:t>
      </w:r>
    </w:p>
    <w:p w14:paraId="00000007" w14:textId="77777777" w:rsidR="007E5F5D" w:rsidRDefault="009B3D56">
      <w:pPr>
        <w:pStyle w:val="Heading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Post 3 – Myth-Busting</w:t>
      </w:r>
    </w:p>
    <w:p w14:paraId="0000000A" w14:textId="2F6064BA" w:rsidR="007E5F5D" w:rsidRDefault="009B3D56" w:rsidP="0073091E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Myth: All </w:t>
      </w:r>
      <w:sdt>
        <w:sdtPr>
          <w:tag w:val="goog_rdk_22"/>
          <w:id w:val="-1325686204"/>
        </w:sdtPr>
        <w:sdtContent>
          <w:r>
            <w:rPr>
              <w:rFonts w:ascii="Arial" w:eastAsia="Arial" w:hAnsi="Arial" w:cs="Arial"/>
            </w:rPr>
            <w:t xml:space="preserve">tech </w:t>
          </w:r>
        </w:sdtContent>
      </w:sdt>
      <w:r>
        <w:rPr>
          <w:rFonts w:ascii="Arial" w:eastAsia="Arial" w:hAnsi="Arial" w:cs="Arial"/>
        </w:rPr>
        <w:t>platforms treat users the same.</w:t>
      </w:r>
      <w:r>
        <w:rPr>
          <w:rFonts w:ascii="Arial" w:eastAsia="Arial" w:hAnsi="Arial" w:cs="Arial"/>
        </w:rPr>
        <w:br/>
        <w:t>Truth: They don’t.</w:t>
      </w:r>
      <w:r>
        <w:rPr>
          <w:rFonts w:ascii="Arial" w:eastAsia="Arial" w:hAnsi="Arial" w:cs="Arial"/>
        </w:rPr>
        <w:br/>
        <w:t>That’s why S</w:t>
      </w:r>
      <w:r w:rsidR="003E3BC4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O</w:t>
      </w:r>
      <w:r w:rsidR="003E3BC4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S</w:t>
      </w:r>
      <w:r w:rsidR="003E3BC4"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</w:rPr>
        <w:t xml:space="preserve">exists, the first-ever rating system for </w:t>
      </w:r>
      <w:r w:rsidR="00DD3DBF">
        <w:rPr>
          <w:rFonts w:ascii="Arial" w:eastAsia="Arial" w:hAnsi="Arial" w:cs="Arial"/>
        </w:rPr>
        <w:t>technology</w:t>
      </w:r>
      <w:r>
        <w:rPr>
          <w:rFonts w:ascii="Arial" w:eastAsia="Arial" w:hAnsi="Arial" w:cs="Arial"/>
        </w:rPr>
        <w:t xml:space="preserve"> platforms.</w:t>
      </w:r>
      <w:r>
        <w:rPr>
          <w:rFonts w:ascii="Arial" w:eastAsia="Arial" w:hAnsi="Arial" w:cs="Arial"/>
        </w:rPr>
        <w:br/>
        <w:t>#SOS #DigitalTrust #KnowBeforeYouPost #OnlineWellness</w:t>
      </w:r>
      <w:r w:rsidR="0073091E">
        <w:rPr>
          <w:rFonts w:ascii="Arial" w:eastAsia="Arial" w:hAnsi="Arial" w:cs="Arial"/>
        </w:rPr>
        <w:br/>
      </w:r>
      <w:r w:rsidR="0073091E">
        <w:rPr>
          <w:rFonts w:ascii="Arial" w:eastAsia="Arial" w:hAnsi="Arial" w:cs="Arial"/>
          <w:sz w:val="8"/>
          <w:szCs w:val="8"/>
        </w:rPr>
        <w:br/>
      </w:r>
      <w:r w:rsidRPr="0073091E">
        <w:rPr>
          <w:rFonts w:ascii="Arial" w:eastAsia="Arial" w:hAnsi="Arial" w:cs="Arial"/>
          <w:b/>
          <w:bCs/>
          <w:color w:val="002060"/>
          <w:sz w:val="24"/>
          <w:szCs w:val="24"/>
        </w:rPr>
        <w:t>Instagram</w:t>
      </w:r>
      <w:r w:rsidR="003132B9">
        <w:rPr>
          <w:rFonts w:ascii="Arial" w:eastAsia="Arial" w:hAnsi="Arial" w:cs="Arial"/>
          <w:color w:val="002060"/>
          <w:sz w:val="24"/>
          <w:szCs w:val="24"/>
        </w:rPr>
        <w:br/>
      </w:r>
      <w:r>
        <w:rPr>
          <w:rFonts w:ascii="Arial" w:eastAsia="Arial" w:hAnsi="Arial" w:cs="Arial"/>
          <w:color w:val="000000"/>
        </w:rPr>
        <w:t>Carousel: Making Informed Online Choices</w:t>
      </w:r>
    </w:p>
    <w:sdt>
      <w:sdtPr>
        <w:tag w:val="goog_rdk_25"/>
        <w:id w:val="-1611158722"/>
      </w:sdtPr>
      <w:sdtContent>
        <w:p w14:paraId="0000000B" w14:textId="41CD2E3F" w:rsidR="007E5F5D" w:rsidRDefault="009B3D56">
          <w:pPr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Slide 1:</w:t>
          </w:r>
          <w:r>
            <w:rPr>
              <w:rFonts w:ascii="Arial" w:eastAsia="Arial" w:hAnsi="Arial" w:cs="Arial"/>
            </w:rPr>
            <w:br/>
            <w:t>“Which platforms put users first?”</w:t>
          </w:r>
          <w:r>
            <w:rPr>
              <w:rFonts w:ascii="Arial" w:eastAsia="Arial" w:hAnsi="Arial" w:cs="Arial"/>
            </w:rPr>
            <w:br/>
            <w:t>The S</w:t>
          </w:r>
          <w:r w:rsidR="003E3BC4">
            <w:rPr>
              <w:rFonts w:ascii="Arial" w:eastAsia="Arial" w:hAnsi="Arial" w:cs="Arial"/>
            </w:rPr>
            <w:t>.</w:t>
          </w:r>
          <w:r>
            <w:rPr>
              <w:rFonts w:ascii="Arial" w:eastAsia="Arial" w:hAnsi="Arial" w:cs="Arial"/>
            </w:rPr>
            <w:t>O</w:t>
          </w:r>
          <w:r w:rsidR="003E3BC4">
            <w:rPr>
              <w:rFonts w:ascii="Arial" w:eastAsia="Arial" w:hAnsi="Arial" w:cs="Arial"/>
            </w:rPr>
            <w:t>.</w:t>
          </w:r>
          <w:r>
            <w:rPr>
              <w:rFonts w:ascii="Arial" w:eastAsia="Arial" w:hAnsi="Arial" w:cs="Arial"/>
            </w:rPr>
            <w:t>S</w:t>
          </w:r>
          <w:r w:rsidR="003E3BC4">
            <w:rPr>
              <w:rFonts w:ascii="Arial" w:eastAsia="Arial" w:hAnsi="Arial" w:cs="Arial"/>
            </w:rPr>
            <w:t>.</w:t>
          </w:r>
          <w:r>
            <w:rPr>
              <w:rFonts w:ascii="Arial" w:eastAsia="Arial" w:hAnsi="Arial" w:cs="Arial"/>
            </w:rPr>
            <w:t xml:space="preserve"> Rating System shows you</w:t>
          </w:r>
          <w:r w:rsidR="003E3BC4">
            <w:rPr>
              <w:rFonts w:ascii="Arial" w:eastAsia="Arial" w:hAnsi="Arial" w:cs="Arial"/>
            </w:rPr>
            <w:t>.</w:t>
          </w:r>
          <w:r>
            <w:rPr>
              <w:rFonts w:ascii="Arial" w:eastAsia="Arial" w:hAnsi="Arial" w:cs="Arial"/>
            </w:rPr>
            <w:br/>
            <w:t>Slide 2:</w:t>
          </w:r>
          <w:r>
            <w:rPr>
              <w:rFonts w:ascii="Arial" w:eastAsia="Arial" w:hAnsi="Arial" w:cs="Arial"/>
            </w:rPr>
            <w:br/>
            <w:t>Does your feed feel overwhelming?</w:t>
          </w:r>
          <w:r>
            <w:rPr>
              <w:rFonts w:ascii="Arial" w:eastAsia="Arial" w:hAnsi="Arial" w:cs="Arial"/>
            </w:rPr>
            <w:br/>
            <w:t>“Not all platforms are built the same, some support mindful use, others push endless scrolling.”</w:t>
          </w:r>
          <w:r>
            <w:rPr>
              <w:rFonts w:ascii="Arial" w:eastAsia="Arial" w:hAnsi="Arial" w:cs="Arial"/>
            </w:rPr>
            <w:br/>
          </w:r>
          <w:r w:rsidR="002D1D88">
            <w:rPr>
              <w:noProof/>
            </w:rPr>
            <w:lastRenderedPageBreak/>
            <w:drawing>
              <wp:anchor distT="0" distB="0" distL="114300" distR="114300" simplePos="0" relativeHeight="251658240" behindDoc="0" locked="0" layoutInCell="1" allowOverlap="1" wp14:anchorId="77740A9D" wp14:editId="1897304D">
                <wp:simplePos x="0" y="0"/>
                <wp:positionH relativeFrom="column">
                  <wp:posOffset>1422400</wp:posOffset>
                </wp:positionH>
                <wp:positionV relativeFrom="paragraph">
                  <wp:posOffset>0</wp:posOffset>
                </wp:positionV>
                <wp:extent cx="2501900" cy="748030"/>
                <wp:effectExtent l="0" t="0" r="0" b="0"/>
                <wp:wrapTopAndBottom/>
                <wp:docPr id="103726443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6790944" name="Picture 2"/>
                        <pic:cNvPicPr>
                          <a:picLocks noChangeAspect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0" cy="748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eastAsia="Arial" w:hAnsi="Arial" w:cs="Arial"/>
            </w:rPr>
            <w:br/>
          </w:r>
          <w:r w:rsidRPr="0073091E">
            <w:rPr>
              <w:rFonts w:ascii="Arial" w:eastAsia="Arial" w:hAnsi="Arial" w:cs="Arial"/>
              <w:b/>
              <w:bCs/>
            </w:rPr>
            <w:t>Slide 3</w:t>
          </w:r>
          <w:r w:rsidR="0019435C" w:rsidRPr="0073091E">
            <w:rPr>
              <w:rFonts w:ascii="Arial" w:eastAsia="Arial" w:hAnsi="Arial" w:cs="Arial"/>
              <w:b/>
              <w:bCs/>
            </w:rPr>
            <w:t>:</w:t>
          </w:r>
          <w:sdt>
            <w:sdtPr>
              <w:rPr>
                <w:b/>
                <w:bCs/>
              </w:rPr>
              <w:tag w:val="goog_rdk_23"/>
              <w:id w:val="1274230896"/>
              <w:showingPlcHdr/>
            </w:sdtPr>
            <w:sdtContent>
              <w:r w:rsidR="00DD3DBF" w:rsidRPr="0073091E">
                <w:rPr>
                  <w:b/>
                  <w:bCs/>
                </w:rPr>
                <w:t xml:space="preserve">     </w:t>
              </w:r>
            </w:sdtContent>
          </w:sdt>
        </w:p>
      </w:sdtContent>
    </w:sdt>
    <w:p w14:paraId="00000010" w14:textId="61E2CC5E" w:rsidR="007E5F5D" w:rsidRDefault="00000000" w:rsidP="0073091E">
      <w:pPr>
        <w:rPr>
          <w:rFonts w:ascii="Arial" w:eastAsia="Arial" w:hAnsi="Arial" w:cs="Arial"/>
          <w:color w:val="000000"/>
        </w:rPr>
      </w:pPr>
      <w:sdt>
        <w:sdtPr>
          <w:tag w:val="goog_rdk_26"/>
          <w:id w:val="-1613000277"/>
        </w:sdtPr>
        <w:sdtContent>
          <w:r w:rsidR="009B3D56">
            <w:rPr>
              <w:rFonts w:ascii="Arial" w:eastAsia="Arial" w:hAnsi="Arial" w:cs="Arial"/>
            </w:rPr>
            <w:t>Are you safe online</w:t>
          </w:r>
        </w:sdtContent>
      </w:sdt>
      <w:r w:rsidR="009B3D56">
        <w:rPr>
          <w:rFonts w:ascii="Arial" w:eastAsia="Arial" w:hAnsi="Arial" w:cs="Arial"/>
        </w:rPr>
        <w:t>?</w:t>
      </w:r>
      <w:r w:rsidR="009B3D56">
        <w:rPr>
          <w:rFonts w:ascii="Arial" w:eastAsia="Arial" w:hAnsi="Arial" w:cs="Arial"/>
        </w:rPr>
        <w:br/>
        <w:t>S</w:t>
      </w:r>
      <w:r w:rsidR="002D1D88">
        <w:rPr>
          <w:rFonts w:ascii="Arial" w:eastAsia="Arial" w:hAnsi="Arial" w:cs="Arial"/>
        </w:rPr>
        <w:t>.</w:t>
      </w:r>
      <w:r w:rsidR="009B3D56">
        <w:rPr>
          <w:rFonts w:ascii="Arial" w:eastAsia="Arial" w:hAnsi="Arial" w:cs="Arial"/>
        </w:rPr>
        <w:t>O</w:t>
      </w:r>
      <w:r w:rsidR="002D1D88">
        <w:rPr>
          <w:rFonts w:ascii="Arial" w:eastAsia="Arial" w:hAnsi="Arial" w:cs="Arial"/>
        </w:rPr>
        <w:t>.</w:t>
      </w:r>
      <w:r w:rsidR="009B3D56">
        <w:rPr>
          <w:rFonts w:ascii="Arial" w:eastAsia="Arial" w:hAnsi="Arial" w:cs="Arial"/>
        </w:rPr>
        <w:t>S</w:t>
      </w:r>
      <w:r w:rsidR="002D1D88">
        <w:rPr>
          <w:rFonts w:ascii="Arial" w:eastAsia="Arial" w:hAnsi="Arial" w:cs="Arial"/>
        </w:rPr>
        <w:t>.</w:t>
      </w:r>
      <w:r w:rsidR="009B3D56">
        <w:rPr>
          <w:rFonts w:ascii="Arial" w:eastAsia="Arial" w:hAnsi="Arial" w:cs="Arial"/>
        </w:rPr>
        <w:t xml:space="preserve"> checks how platforms handle your information</w:t>
      </w:r>
      <w:r w:rsidR="009B3D56">
        <w:rPr>
          <w:rFonts w:ascii="Arial" w:eastAsia="Arial" w:hAnsi="Arial" w:cs="Arial"/>
        </w:rPr>
        <w:br/>
      </w:r>
      <w:r w:rsidR="009B3D56" w:rsidRPr="0073091E">
        <w:rPr>
          <w:rFonts w:ascii="Arial" w:eastAsia="Arial" w:hAnsi="Arial" w:cs="Arial"/>
          <w:b/>
          <w:bCs/>
        </w:rPr>
        <w:t>Slide 4:</w:t>
      </w:r>
      <w:r w:rsidR="009B3D56">
        <w:rPr>
          <w:rFonts w:ascii="Arial" w:eastAsia="Arial" w:hAnsi="Arial" w:cs="Arial"/>
        </w:rPr>
        <w:br/>
        <w:t>Transparency is everything</w:t>
      </w:r>
      <w:r w:rsidR="009B3D56">
        <w:rPr>
          <w:rFonts w:ascii="Arial" w:eastAsia="Arial" w:hAnsi="Arial" w:cs="Arial"/>
        </w:rPr>
        <w:br/>
        <w:t>What really happens when you report harmful content?</w:t>
      </w:r>
      <w:r w:rsidR="009B3D56">
        <w:rPr>
          <w:rFonts w:ascii="Arial" w:eastAsia="Arial" w:hAnsi="Arial" w:cs="Arial"/>
        </w:rPr>
        <w:br/>
      </w:r>
      <w:r w:rsidR="009B3D56" w:rsidRPr="0073091E">
        <w:rPr>
          <w:rFonts w:ascii="Arial" w:eastAsia="Arial" w:hAnsi="Arial" w:cs="Arial"/>
          <w:b/>
          <w:bCs/>
        </w:rPr>
        <w:t>Slide 5:</w:t>
      </w:r>
      <w:r w:rsidR="009B3D56">
        <w:rPr>
          <w:rFonts w:ascii="Arial" w:eastAsia="Arial" w:hAnsi="Arial" w:cs="Arial"/>
        </w:rPr>
        <w:br/>
        <w:t>Your mental health and well-being matter</w:t>
      </w:r>
      <w:r w:rsidR="009B3D56">
        <w:rPr>
          <w:rFonts w:ascii="Arial" w:eastAsia="Arial" w:hAnsi="Arial" w:cs="Arial"/>
        </w:rPr>
        <w:br/>
        <w:t>S</w:t>
      </w:r>
      <w:r w:rsidR="002D1D88">
        <w:rPr>
          <w:rFonts w:ascii="Arial" w:eastAsia="Arial" w:hAnsi="Arial" w:cs="Arial"/>
        </w:rPr>
        <w:t>.</w:t>
      </w:r>
      <w:r w:rsidR="009B3D56">
        <w:rPr>
          <w:rFonts w:ascii="Arial" w:eastAsia="Arial" w:hAnsi="Arial" w:cs="Arial"/>
        </w:rPr>
        <w:t>O</w:t>
      </w:r>
      <w:r w:rsidR="002D1D88">
        <w:rPr>
          <w:rFonts w:ascii="Arial" w:eastAsia="Arial" w:hAnsi="Arial" w:cs="Arial"/>
        </w:rPr>
        <w:t>.</w:t>
      </w:r>
      <w:r w:rsidR="009B3D56">
        <w:rPr>
          <w:rFonts w:ascii="Arial" w:eastAsia="Arial" w:hAnsi="Arial" w:cs="Arial"/>
        </w:rPr>
        <w:t>S</w:t>
      </w:r>
      <w:r w:rsidR="002D1D88">
        <w:rPr>
          <w:rFonts w:ascii="Arial" w:eastAsia="Arial" w:hAnsi="Arial" w:cs="Arial"/>
        </w:rPr>
        <w:t>.</w:t>
      </w:r>
      <w:r w:rsidR="009B3D56">
        <w:rPr>
          <w:rFonts w:ascii="Arial" w:eastAsia="Arial" w:hAnsi="Arial" w:cs="Arial"/>
        </w:rPr>
        <w:t xml:space="preserve"> helps you choose platforms that respect your time and your trust</w:t>
      </w:r>
      <w:r w:rsidR="009B3D56">
        <w:rPr>
          <w:rFonts w:ascii="Arial" w:eastAsia="Arial" w:hAnsi="Arial" w:cs="Arial"/>
        </w:rPr>
        <w:br/>
      </w:r>
      <w:r w:rsidR="00B06B3B" w:rsidRPr="0073091E">
        <w:rPr>
          <w:rFonts w:ascii="Arial" w:eastAsia="Arial" w:hAnsi="Arial" w:cs="Arial"/>
          <w:b/>
          <w:bCs/>
          <w:sz w:val="8"/>
          <w:szCs w:val="8"/>
        </w:rPr>
        <w:br/>
      </w:r>
      <w:r w:rsidR="009B3D56" w:rsidRPr="0073091E">
        <w:rPr>
          <w:rFonts w:ascii="Arial" w:eastAsia="Arial" w:hAnsi="Arial" w:cs="Arial"/>
          <w:b/>
          <w:bCs/>
        </w:rPr>
        <w:t>Caption:</w:t>
      </w:r>
      <w:r w:rsidR="009B3D56">
        <w:rPr>
          <w:rFonts w:ascii="Arial" w:eastAsia="Arial" w:hAnsi="Arial" w:cs="Arial"/>
        </w:rPr>
        <w:br/>
      </w:r>
      <w:sdt>
        <w:sdtPr>
          <w:tag w:val="goog_rdk_27"/>
          <w:id w:val="1198937121"/>
        </w:sdtPr>
        <w:sdtContent>
          <w:r w:rsidR="009B3D56">
            <w:rPr>
              <w:rFonts w:ascii="Arial" w:eastAsia="Arial" w:hAnsi="Arial" w:cs="Arial"/>
            </w:rPr>
            <w:t>What makes you trust a platform</w:t>
          </w:r>
        </w:sdtContent>
      </w:sdt>
      <w:sdt>
        <w:sdtPr>
          <w:tag w:val="goog_rdk_28"/>
          <w:id w:val="-773722631"/>
          <w:showingPlcHdr/>
        </w:sdtPr>
        <w:sdtContent>
          <w:r w:rsidR="0019435C">
            <w:t xml:space="preserve">     </w:t>
          </w:r>
        </w:sdtContent>
      </w:sdt>
      <w:r w:rsidR="009B3D56">
        <w:rPr>
          <w:rFonts w:ascii="Arial" w:eastAsia="Arial" w:hAnsi="Arial" w:cs="Arial"/>
        </w:rPr>
        <w:t>?</w:t>
      </w:r>
      <w:r w:rsidR="009B3D56">
        <w:rPr>
          <w:rFonts w:ascii="Arial" w:eastAsia="Arial" w:hAnsi="Arial" w:cs="Arial"/>
        </w:rPr>
        <w:br/>
        <w:t>Tell us in the comments and save this post for later</w:t>
      </w:r>
      <w:r w:rsidR="009B3D56">
        <w:rPr>
          <w:rFonts w:ascii="Arial" w:eastAsia="Arial" w:hAnsi="Arial" w:cs="Arial"/>
        </w:rPr>
        <w:br/>
        <w:t>#S</w:t>
      </w:r>
      <w:r w:rsidR="00B06B3B">
        <w:rPr>
          <w:rFonts w:ascii="Arial" w:eastAsia="Arial" w:hAnsi="Arial" w:cs="Arial"/>
        </w:rPr>
        <w:t>.</w:t>
      </w:r>
      <w:r w:rsidR="009B3D56">
        <w:rPr>
          <w:rFonts w:ascii="Arial" w:eastAsia="Arial" w:hAnsi="Arial" w:cs="Arial"/>
        </w:rPr>
        <w:t>O</w:t>
      </w:r>
      <w:r w:rsidR="00B06B3B">
        <w:rPr>
          <w:rFonts w:ascii="Arial" w:eastAsia="Arial" w:hAnsi="Arial" w:cs="Arial"/>
        </w:rPr>
        <w:t>.</w:t>
      </w:r>
      <w:r w:rsidR="009B3D56">
        <w:rPr>
          <w:rFonts w:ascii="Arial" w:eastAsia="Arial" w:hAnsi="Arial" w:cs="Arial"/>
        </w:rPr>
        <w:t>S</w:t>
      </w:r>
      <w:r w:rsidR="00B06B3B">
        <w:rPr>
          <w:rFonts w:ascii="Arial" w:eastAsia="Arial" w:hAnsi="Arial" w:cs="Arial"/>
        </w:rPr>
        <w:t>.</w:t>
      </w:r>
      <w:r w:rsidR="009B3D56">
        <w:rPr>
          <w:rFonts w:ascii="Arial" w:eastAsia="Arial" w:hAnsi="Arial" w:cs="Arial"/>
        </w:rPr>
        <w:t xml:space="preserve"> #DigitalWellness #ScrollSmarter #OnlineAccountability</w:t>
      </w:r>
      <w:r w:rsidR="0073091E">
        <w:rPr>
          <w:rFonts w:ascii="Arial" w:eastAsia="Arial" w:hAnsi="Arial" w:cs="Arial"/>
        </w:rPr>
        <w:br/>
      </w:r>
      <w:r w:rsidR="0073091E">
        <w:rPr>
          <w:rFonts w:ascii="Arial" w:eastAsia="Arial" w:hAnsi="Arial" w:cs="Arial"/>
          <w:sz w:val="8"/>
          <w:szCs w:val="8"/>
        </w:rPr>
        <w:br/>
      </w:r>
      <w:r w:rsidR="009B3D56" w:rsidRPr="0073091E">
        <w:rPr>
          <w:rFonts w:ascii="Arial" w:eastAsia="Arial" w:hAnsi="Arial" w:cs="Arial"/>
          <w:b/>
          <w:bCs/>
          <w:color w:val="002060"/>
          <w:sz w:val="24"/>
          <w:szCs w:val="24"/>
        </w:rPr>
        <w:t>Facebook</w:t>
      </w:r>
      <w:r w:rsidR="003132B9">
        <w:rPr>
          <w:rFonts w:ascii="Arial" w:eastAsia="Arial" w:hAnsi="Arial" w:cs="Arial"/>
          <w:color w:val="002060"/>
          <w:sz w:val="24"/>
          <w:szCs w:val="24"/>
        </w:rPr>
        <w:br/>
      </w:r>
      <w:r w:rsidR="009B3D56">
        <w:rPr>
          <w:rFonts w:ascii="Arial" w:eastAsia="Arial" w:hAnsi="Arial" w:cs="Arial"/>
          <w:color w:val="000000"/>
        </w:rPr>
        <w:t>Post 1 – Digital Habits That Protect You</w:t>
      </w:r>
    </w:p>
    <w:p w14:paraId="00000011" w14:textId="11BE9B95" w:rsidR="007E5F5D" w:rsidRDefault="009B3D5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Big news from MHC: The Safe Online Standards (S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O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S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) are here</w:t>
      </w:r>
      <w:r w:rsidR="00DD3DBF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  <w:t>Why it matters:</w:t>
      </w:r>
      <w:r>
        <w:rPr>
          <w:rFonts w:ascii="Arial" w:eastAsia="Arial" w:hAnsi="Arial" w:cs="Arial"/>
        </w:rPr>
        <w:br/>
      </w:r>
      <w:sdt>
        <w:sdtPr>
          <w:tag w:val="goog_rdk_30"/>
          <w:id w:val="180904715"/>
        </w:sdtPr>
        <w:sdtContent>
          <w:r>
            <w:rPr>
              <w:rFonts w:ascii="Arial Unicode MS" w:eastAsia="Arial Unicode MS" w:hAnsi="Arial Unicode MS" w:cs="Arial Unicode MS"/>
            </w:rPr>
            <w:t>✅</w:t>
          </w:r>
        </w:sdtContent>
      </w:sdt>
      <w:r>
        <w:rPr>
          <w:rFonts w:ascii="Arial" w:eastAsia="Arial" w:hAnsi="Arial" w:cs="Arial"/>
        </w:rPr>
        <w:t xml:space="preserve"> They help you make informed choices online</w:t>
      </w:r>
      <w:r>
        <w:rPr>
          <w:rFonts w:ascii="Arial" w:eastAsia="Arial" w:hAnsi="Arial" w:cs="Arial"/>
        </w:rPr>
        <w:br/>
      </w:r>
      <w:sdt>
        <w:sdtPr>
          <w:tag w:val="goog_rdk_31"/>
          <w:id w:val="943707775"/>
        </w:sdtPr>
        <w:sdtContent>
          <w:r>
            <w:rPr>
              <w:rFonts w:ascii="Arial Unicode MS" w:eastAsia="Arial Unicode MS" w:hAnsi="Arial Unicode MS" w:cs="Arial Unicode MS"/>
            </w:rPr>
            <w:t>✅</w:t>
          </w:r>
        </w:sdtContent>
      </w:sdt>
      <w:r>
        <w:rPr>
          <w:rFonts w:ascii="Arial" w:eastAsia="Arial" w:hAnsi="Arial" w:cs="Arial"/>
        </w:rPr>
        <w:t xml:space="preserve"> Backed by experts, shaped by real users</w:t>
      </w:r>
      <w:r>
        <w:rPr>
          <w:rFonts w:ascii="Arial" w:eastAsia="Arial" w:hAnsi="Arial" w:cs="Arial"/>
        </w:rPr>
        <w:br/>
      </w:r>
      <w:sdt>
        <w:sdtPr>
          <w:tag w:val="goog_rdk_32"/>
          <w:id w:val="1525134775"/>
        </w:sdtPr>
        <w:sdtContent>
          <w:r>
            <w:rPr>
              <w:rFonts w:ascii="Arial Unicode MS" w:eastAsia="Arial Unicode MS" w:hAnsi="Arial Unicode MS" w:cs="Arial Unicode MS"/>
            </w:rPr>
            <w:t>✅</w:t>
          </w:r>
        </w:sdtContent>
      </w:sdt>
      <w:r>
        <w:rPr>
          <w:rFonts w:ascii="Arial" w:eastAsia="Arial" w:hAnsi="Arial" w:cs="Arial"/>
        </w:rPr>
        <w:t xml:space="preserve"> They rate platforms on trust, privacy, and accountability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</w:r>
      <w:sdt>
        <w:sdtPr>
          <w:tag w:val="goog_rdk_29"/>
          <w:id w:val="603844429"/>
          <w:showingPlcHdr/>
        </w:sdtPr>
        <w:sdtContent>
          <w:r w:rsidR="0073091E">
            <w:t xml:space="preserve">     </w:t>
          </w:r>
        </w:sdtContent>
      </w:sdt>
      <w:r>
        <w:rPr>
          <w:rFonts w:ascii="Arial" w:eastAsia="Arial" w:hAnsi="Arial" w:cs="Arial"/>
        </w:rPr>
        <w:t>Let’s change the digital world together.</w:t>
      </w:r>
      <w:r>
        <w:rPr>
          <w:rFonts w:ascii="Arial" w:eastAsia="Arial" w:hAnsi="Arial" w:cs="Arial"/>
        </w:rPr>
        <w:br/>
        <w:t>#OnlineAccountability #S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O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S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#DigitalTrust</w:t>
      </w:r>
    </w:p>
    <w:p w14:paraId="00000012" w14:textId="2C12F743" w:rsidR="007E5F5D" w:rsidRDefault="009B3D56">
      <w:pPr>
        <w:pStyle w:val="Heading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Post 2 – Why We Need S</w:t>
      </w:r>
      <w:r w:rsidR="00B06B3B">
        <w:rPr>
          <w:rFonts w:ascii="Arial" w:eastAsia="Arial" w:hAnsi="Arial" w:cs="Arial"/>
          <w:color w:val="000000"/>
          <w:sz w:val="22"/>
          <w:szCs w:val="22"/>
        </w:rPr>
        <w:t>.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O</w:t>
      </w:r>
      <w:r w:rsidR="00B06B3B">
        <w:rPr>
          <w:rFonts w:ascii="Arial" w:eastAsia="Arial" w:hAnsi="Arial" w:cs="Arial"/>
          <w:color w:val="000000"/>
          <w:sz w:val="22"/>
          <w:szCs w:val="22"/>
        </w:rPr>
        <w:t>.</w:t>
      </w:r>
      <w:r>
        <w:rPr>
          <w:rFonts w:ascii="Arial" w:eastAsia="Arial" w:hAnsi="Arial" w:cs="Arial"/>
          <w:color w:val="000000"/>
          <w:sz w:val="22"/>
          <w:szCs w:val="22"/>
        </w:rPr>
        <w:t>S</w:t>
      </w:r>
      <w:proofErr w:type="gramEnd"/>
      <w:sdt>
        <w:sdtPr>
          <w:tag w:val="goog_rdk_33"/>
          <w:id w:val="-319649386"/>
        </w:sdtPr>
        <w:sdtContent>
          <w:r w:rsidR="00B06B3B">
            <w:t>.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>?</w:t>
          </w:r>
        </w:sdtContent>
      </w:sdt>
    </w:p>
    <w:p w14:paraId="00000013" w14:textId="3042D2F3" w:rsidR="007E5F5D" w:rsidRDefault="009B3D5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Did you know 4 in 10 users report experiencing online harassment?</w:t>
      </w:r>
      <w:r>
        <w:rPr>
          <w:rFonts w:ascii="Arial" w:eastAsia="Arial" w:hAnsi="Arial" w:cs="Arial"/>
        </w:rPr>
        <w:br/>
        <w:t xml:space="preserve">SOS is here to change that with the first-ever rating system for </w:t>
      </w:r>
      <w:r w:rsidR="00DD3DBF">
        <w:rPr>
          <w:rFonts w:ascii="Arial" w:eastAsia="Arial" w:hAnsi="Arial" w:cs="Arial"/>
        </w:rPr>
        <w:t>technology</w:t>
      </w:r>
      <w:r>
        <w:rPr>
          <w:rFonts w:ascii="Arial" w:eastAsia="Arial" w:hAnsi="Arial" w:cs="Arial"/>
        </w:rPr>
        <w:t xml:space="preserve"> platforms.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  <w:t>It asks the tough questions:</w:t>
      </w:r>
      <w:r>
        <w:rPr>
          <w:rFonts w:ascii="Arial" w:eastAsia="Arial" w:hAnsi="Arial" w:cs="Arial"/>
        </w:rPr>
        <w:br/>
        <w:t>- Are abuse reports taken seriously?</w:t>
      </w:r>
      <w:r>
        <w:rPr>
          <w:rFonts w:ascii="Arial" w:eastAsia="Arial" w:hAnsi="Arial" w:cs="Arial"/>
        </w:rPr>
        <w:br/>
        <w:t>- Is mental health supported?</w:t>
      </w:r>
      <w:r>
        <w:rPr>
          <w:rFonts w:ascii="Arial" w:eastAsia="Arial" w:hAnsi="Arial" w:cs="Arial"/>
        </w:rPr>
        <w:br/>
        <w:t>- Are your rights respected?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  <w:t>With S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O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S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, you’ll know which platforms deserve your trust.</w:t>
      </w:r>
      <w:r>
        <w:rPr>
          <w:rFonts w:ascii="Arial" w:eastAsia="Arial" w:hAnsi="Arial" w:cs="Arial"/>
        </w:rPr>
        <w:br/>
        <w:t>Let’s build a healthier digital world together.</w:t>
      </w:r>
      <w:r>
        <w:rPr>
          <w:rFonts w:ascii="Arial" w:eastAsia="Arial" w:hAnsi="Arial" w:cs="Arial"/>
        </w:rPr>
        <w:br/>
        <w:t>#TransparencyMatters #S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O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S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#DigitalWellness</w:t>
      </w:r>
    </w:p>
    <w:p w14:paraId="00000016" w14:textId="5253847A" w:rsidR="007E5F5D" w:rsidRDefault="00B06B3B" w:rsidP="003132B9">
      <w:pPr>
        <w:pStyle w:val="Heading1"/>
        <w:rPr>
          <w:rFonts w:ascii="Arial" w:eastAsia="Arial" w:hAnsi="Arial" w:cs="Arial"/>
          <w:color w:val="000000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61A21A3" wp14:editId="1167EC20">
            <wp:simplePos x="0" y="0"/>
            <wp:positionH relativeFrom="column">
              <wp:posOffset>1638300</wp:posOffset>
            </wp:positionH>
            <wp:positionV relativeFrom="paragraph">
              <wp:posOffset>82550</wp:posOffset>
            </wp:positionV>
            <wp:extent cx="2063750" cy="616585"/>
            <wp:effectExtent l="0" t="0" r="0" b="0"/>
            <wp:wrapTopAndBottom/>
            <wp:docPr id="4915792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90944" name="Pictur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D56" w:rsidRPr="003132B9">
        <w:rPr>
          <w:rFonts w:ascii="Arial" w:eastAsia="Arial" w:hAnsi="Arial" w:cs="Arial"/>
          <w:color w:val="002060"/>
          <w:sz w:val="24"/>
          <w:szCs w:val="24"/>
        </w:rPr>
        <w:t>LinkedIn</w:t>
      </w:r>
      <w:r w:rsidR="003132B9">
        <w:rPr>
          <w:rFonts w:ascii="Arial" w:eastAsia="Arial" w:hAnsi="Arial" w:cs="Arial"/>
          <w:color w:val="002060"/>
          <w:sz w:val="24"/>
          <w:szCs w:val="24"/>
        </w:rPr>
        <w:br/>
      </w:r>
      <w:r w:rsidR="009B3D56">
        <w:rPr>
          <w:rFonts w:ascii="Arial" w:eastAsia="Arial" w:hAnsi="Arial" w:cs="Arial"/>
          <w:color w:val="000000"/>
          <w:sz w:val="22"/>
          <w:szCs w:val="22"/>
        </w:rPr>
        <w:t>The Need for Stronger Online Standards for Youth</w:t>
      </w:r>
    </w:p>
    <w:p w14:paraId="423004E5" w14:textId="52171D4F" w:rsidR="00DD3DBF" w:rsidRPr="00DD3DBF" w:rsidRDefault="009B3D56">
      <w:pPr>
        <w:rPr>
          <w:rFonts w:ascii="Arial" w:hAnsi="Arial" w:cs="Arial"/>
        </w:rPr>
      </w:pPr>
      <w:r>
        <w:rPr>
          <w:rFonts w:ascii="Arial" w:eastAsia="Arial" w:hAnsi="Arial" w:cs="Arial"/>
        </w:rPr>
        <w:t>It’s time to rethink how we approach social media accountability.</w:t>
      </w:r>
      <w:r>
        <w:rPr>
          <w:rFonts w:ascii="Arial" w:eastAsia="Arial" w:hAnsi="Arial" w:cs="Arial"/>
        </w:rPr>
        <w:br/>
      </w:r>
      <w:r w:rsidR="0073091E">
        <w:rPr>
          <w:rFonts w:ascii="Arial" w:eastAsia="Arial" w:hAnsi="Arial" w:cs="Arial"/>
          <w:sz w:val="8"/>
          <w:szCs w:val="8"/>
        </w:rPr>
        <w:br/>
      </w:r>
      <w:r>
        <w:rPr>
          <w:rFonts w:ascii="Arial" w:eastAsia="Arial" w:hAnsi="Arial" w:cs="Arial"/>
        </w:rPr>
        <w:t>It’s the first of its kind to rate platforms based on transparency, governance, and user protection.</w:t>
      </w:r>
      <w:r>
        <w:rPr>
          <w:rFonts w:ascii="Arial" w:eastAsia="Arial" w:hAnsi="Arial" w:cs="Arial"/>
        </w:rPr>
        <w:br/>
      </w:r>
      <w:r w:rsidR="0015611E">
        <w:rPr>
          <w:rFonts w:ascii="Arial" w:eastAsia="Arial" w:hAnsi="Arial" w:cs="Arial"/>
          <w:sz w:val="8"/>
          <w:szCs w:val="8"/>
        </w:rPr>
        <w:br/>
      </w:r>
      <w:r>
        <w:rPr>
          <w:rFonts w:ascii="Arial" w:eastAsia="Arial" w:hAnsi="Arial" w:cs="Arial"/>
        </w:rPr>
        <w:t>Why it matters:</w:t>
      </w:r>
      <w:r>
        <w:rPr>
          <w:rFonts w:ascii="Arial" w:eastAsia="Arial" w:hAnsi="Arial" w:cs="Arial"/>
        </w:rPr>
        <w:br/>
        <w:t>• Young people deserve digital spaces that respect and protect their well-being.</w:t>
      </w:r>
      <w:r>
        <w:rPr>
          <w:rFonts w:ascii="Arial" w:eastAsia="Arial" w:hAnsi="Arial" w:cs="Arial"/>
        </w:rPr>
        <w:br/>
        <w:t>• Families and educators need clear, trusted guidance</w:t>
      </w:r>
      <w:r>
        <w:rPr>
          <w:rFonts w:ascii="Arial" w:eastAsia="Arial" w:hAnsi="Arial" w:cs="Arial"/>
        </w:rPr>
        <w:br/>
        <w:t>• Tech companies must be held accountable</w:t>
      </w:r>
      <w:r>
        <w:rPr>
          <w:rFonts w:ascii="Arial" w:eastAsia="Arial" w:hAnsi="Arial" w:cs="Arial"/>
        </w:rPr>
        <w:br/>
      </w:r>
      <w:r w:rsidR="0073091E">
        <w:rPr>
          <w:rFonts w:ascii="Arial" w:eastAsia="Arial" w:hAnsi="Arial" w:cs="Arial"/>
          <w:sz w:val="8"/>
          <w:szCs w:val="8"/>
        </w:rPr>
        <w:br/>
      </w:r>
      <w:r>
        <w:rPr>
          <w:rFonts w:ascii="Arial" w:eastAsia="Arial" w:hAnsi="Arial" w:cs="Arial"/>
        </w:rPr>
        <w:t>S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O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S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is expert-driven, youth-informed, and built to empower choice. Let’s work toward a safer digital future together</w:t>
      </w:r>
      <w:r>
        <w:rPr>
          <w:rFonts w:ascii="Arial" w:eastAsia="Arial" w:hAnsi="Arial" w:cs="Arial"/>
        </w:rPr>
        <w:br/>
      </w:r>
      <w:r w:rsidR="0073091E">
        <w:rPr>
          <w:rFonts w:ascii="Arial" w:eastAsia="Arial" w:hAnsi="Arial" w:cs="Arial"/>
          <w:sz w:val="8"/>
          <w:szCs w:val="8"/>
        </w:rPr>
        <w:br/>
      </w:r>
      <w:r>
        <w:rPr>
          <w:rFonts w:ascii="Arial" w:eastAsia="Arial" w:hAnsi="Arial" w:cs="Arial"/>
        </w:rPr>
        <w:t>What changes would you like to see in how platforms respect and protect users?</w:t>
      </w:r>
      <w:r>
        <w:rPr>
          <w:rFonts w:ascii="Arial" w:eastAsia="Arial" w:hAnsi="Arial" w:cs="Arial"/>
        </w:rPr>
        <w:br/>
        <w:t>#DigitalWellness #TransparencyMatters #OnlineTrust #YouthEmpowerment #S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O</w:t>
      </w:r>
      <w:r w:rsidR="00B06B3B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S</w:t>
      </w:r>
      <w:r w:rsidR="00B06B3B">
        <w:rPr>
          <w:rFonts w:ascii="Arial" w:eastAsia="Arial" w:hAnsi="Arial" w:cs="Arial"/>
        </w:rPr>
        <w:t>.</w:t>
      </w:r>
      <w:r w:rsidR="0047325D">
        <w:rPr>
          <w:rFonts w:ascii="Arial" w:eastAsia="Arial" w:hAnsi="Arial" w:cs="Arial"/>
        </w:rPr>
        <w:br/>
      </w:r>
      <w:r w:rsidR="0015611E">
        <w:rPr>
          <w:rFonts w:ascii="Arial" w:eastAsia="Arial" w:hAnsi="Arial" w:cs="Arial"/>
          <w:sz w:val="8"/>
          <w:szCs w:val="8"/>
        </w:rPr>
        <w:br/>
      </w:r>
      <w:r w:rsidRPr="0073091E">
        <w:rPr>
          <w:rFonts w:ascii="Arial" w:eastAsia="Arial" w:hAnsi="Arial" w:cs="Arial"/>
          <w:b/>
          <w:bCs/>
          <w:color w:val="002060"/>
          <w:sz w:val="24"/>
          <w:szCs w:val="24"/>
        </w:rPr>
        <w:t>TikTok (Storyboard)</w:t>
      </w:r>
      <w:r w:rsidR="0015611E">
        <w:rPr>
          <w:rFonts w:ascii="Arial" w:eastAsia="Arial" w:hAnsi="Arial" w:cs="Arial"/>
          <w:color w:val="002060"/>
          <w:sz w:val="24"/>
          <w:szCs w:val="24"/>
        </w:rPr>
        <w:br/>
      </w:r>
      <w:r>
        <w:rPr>
          <w:rFonts w:ascii="Arial" w:eastAsia="Arial" w:hAnsi="Arial" w:cs="Arial"/>
        </w:rPr>
        <w:t>Scene 1 – “What We Want You to Know”</w:t>
      </w:r>
      <w:r>
        <w:rPr>
          <w:rFonts w:ascii="Arial" w:eastAsia="Arial" w:hAnsi="Arial" w:cs="Arial"/>
        </w:rPr>
        <w:br/>
        <w:t>Visual: Student scrolling, stressed on one side (dark), calm and confident on the other (bright).</w:t>
      </w:r>
      <w:r>
        <w:rPr>
          <w:rFonts w:ascii="Arial" w:eastAsia="Arial" w:hAnsi="Arial" w:cs="Arial"/>
        </w:rPr>
        <w:br/>
        <w:t>VO/Text: “Not all online spaces respect your well-being. SOS helps you choose better ones.”</w:t>
      </w:r>
      <w:r>
        <w:rPr>
          <w:rFonts w:ascii="Arial" w:eastAsia="Arial" w:hAnsi="Arial" w:cs="Arial"/>
        </w:rPr>
        <w:br/>
        <w:t>Scene 2 – “The First-Ever Ratings”</w:t>
      </w:r>
      <w:r>
        <w:rPr>
          <w:rFonts w:ascii="Arial" w:eastAsia="Arial" w:hAnsi="Arial" w:cs="Arial"/>
        </w:rPr>
        <w:br/>
      </w:r>
      <w:r w:rsidRPr="00DD3DBF">
        <w:rPr>
          <w:rFonts w:ascii="Arial" w:eastAsia="Arial" w:hAnsi="Arial" w:cs="Arial"/>
        </w:rPr>
        <w:t xml:space="preserve">Visual: </w:t>
      </w:r>
      <w:r w:rsidR="00DD3DBF" w:rsidRPr="00DD3DBF">
        <w:rPr>
          <w:rFonts w:ascii="Arial" w:eastAsia="Arial" w:hAnsi="Arial" w:cs="Arial"/>
        </w:rPr>
        <w:t>Look for p</w:t>
      </w:r>
      <w:r w:rsidRPr="00DD3DBF">
        <w:rPr>
          <w:rFonts w:ascii="Arial" w:eastAsia="Arial" w:hAnsi="Arial" w:cs="Arial"/>
        </w:rPr>
        <w:t>latforms scored with S</w:t>
      </w:r>
      <w:r w:rsidR="0047325D">
        <w:rPr>
          <w:rFonts w:ascii="Arial" w:eastAsia="Arial" w:hAnsi="Arial" w:cs="Arial"/>
        </w:rPr>
        <w:t>.</w:t>
      </w:r>
      <w:r w:rsidRPr="00DD3DBF">
        <w:rPr>
          <w:rFonts w:ascii="Arial" w:eastAsia="Arial" w:hAnsi="Arial" w:cs="Arial"/>
        </w:rPr>
        <w:t>O</w:t>
      </w:r>
      <w:r w:rsidR="0047325D">
        <w:rPr>
          <w:rFonts w:ascii="Arial" w:eastAsia="Arial" w:hAnsi="Arial" w:cs="Arial"/>
        </w:rPr>
        <w:t>.</w:t>
      </w:r>
      <w:r w:rsidRPr="00DD3DBF">
        <w:rPr>
          <w:rFonts w:ascii="Arial" w:eastAsia="Arial" w:hAnsi="Arial" w:cs="Arial"/>
        </w:rPr>
        <w:t>S</w:t>
      </w:r>
      <w:r w:rsidR="0047325D">
        <w:rPr>
          <w:rFonts w:ascii="Arial" w:eastAsia="Arial" w:hAnsi="Arial" w:cs="Arial"/>
        </w:rPr>
        <w:t>.</w:t>
      </w:r>
      <w:r w:rsidRPr="00DD3DBF">
        <w:rPr>
          <w:rFonts w:ascii="Arial" w:hAnsi="Arial" w:cs="Arial"/>
        </w:rPr>
        <w:t xml:space="preserve"> </w:t>
      </w:r>
      <w:r w:rsidR="00DD3DBF" w:rsidRPr="00DD3DBF">
        <w:rPr>
          <w:rFonts w:ascii="Arial" w:hAnsi="Arial" w:cs="Arial"/>
        </w:rPr>
        <w:t>a shield, caution or warning sign.</w:t>
      </w:r>
    </w:p>
    <w:p w14:paraId="0E04735A" w14:textId="49CBA799" w:rsidR="00DD3DBF" w:rsidRDefault="0047325D">
      <w:r>
        <w:rPr>
          <w:noProof/>
        </w:rPr>
        <w:drawing>
          <wp:inline distT="0" distB="0" distL="0" distR="0" wp14:anchorId="499A494A" wp14:editId="319844FF">
            <wp:extent cx="4694049" cy="1733550"/>
            <wp:effectExtent l="0" t="0" r="0" b="0"/>
            <wp:docPr id="5992782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696" cy="1753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19" w14:textId="7B1EB4DF" w:rsidR="007E5F5D" w:rsidRDefault="009B3D5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VO/Text: “For the first time, platforms are being rated for how accountable and transparent they are.”</w:t>
      </w:r>
      <w:r>
        <w:rPr>
          <w:rFonts w:ascii="Arial" w:eastAsia="Arial" w:hAnsi="Arial" w:cs="Arial"/>
        </w:rPr>
        <w:br/>
        <w:t>Scene 3 – “How YOU Can Make a Difference”</w:t>
      </w:r>
      <w:r>
        <w:rPr>
          <w:rFonts w:ascii="Arial" w:eastAsia="Arial" w:hAnsi="Arial" w:cs="Arial"/>
        </w:rPr>
        <w:br/>
        <w:t>Visual: Student reporting content, turning on privacy, setting limits.</w:t>
      </w:r>
      <w:r>
        <w:rPr>
          <w:rFonts w:ascii="Arial" w:eastAsia="Arial" w:hAnsi="Arial" w:cs="Arial"/>
        </w:rPr>
        <w:br/>
        <w:t>VO/Text: “Be informed. Be empowered. Choose platforms that put your well-being first.”</w:t>
      </w:r>
    </w:p>
    <w:p w14:paraId="0000001A" w14:textId="1CC751FC" w:rsidR="007E5F5D" w:rsidRDefault="009B3D5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Scene 4 – Final Call to Action</w:t>
      </w:r>
      <w:r>
        <w:rPr>
          <w:rFonts w:ascii="Arial" w:eastAsia="Arial" w:hAnsi="Arial" w:cs="Arial"/>
        </w:rPr>
        <w:br/>
        <w:t>Text on screen: “Tag a friend who needs to know about Safe Online Standards!”</w:t>
      </w:r>
      <w:r>
        <w:rPr>
          <w:rFonts w:ascii="Arial" w:eastAsia="Arial" w:hAnsi="Arial" w:cs="Arial"/>
        </w:rPr>
        <w:br/>
        <w:t>Hashtags: #S</w:t>
      </w:r>
      <w:r w:rsidR="0047325D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O</w:t>
      </w:r>
      <w:r w:rsidR="0047325D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S</w:t>
      </w:r>
      <w:r w:rsidR="0047325D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#OnlineTrust #ThinkBeforeYouClick #DigitalWellness #ScrollSmarter</w:t>
      </w:r>
    </w:p>
    <w:sectPr w:rsidR="007E5F5D">
      <w:pgSz w:w="12240" w:h="15840"/>
      <w:pgMar w:top="5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0F2368C-0A55-4394-BAEF-9BFA5A6755F1}"/>
    <w:embedBold r:id="rId2" w:fontKey="{FDA08953-5FC2-40E2-8DC6-8100B9135B27}"/>
    <w:embedItalic r:id="rId3" w:fontKey="{D489E191-3D3B-49F9-905F-CE58A373A465}"/>
    <w:embedBoldItalic r:id="rId4" w:fontKey="{383A379B-7036-4683-B0D5-F9BF22BFF1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AC4D21AB-3D27-43F6-B32E-965CBED95DD4}"/>
    <w:embedBold r:id="rId6" w:fontKey="{14078417-0BB8-44EF-865E-D6239F90BC57}"/>
    <w:embedItalic r:id="rId7" w:fontKey="{440EC589-E794-4F6F-A1E4-84DA9A601398}"/>
    <w:embedBoldItalic r:id="rId8" w:fontKey="{45DBA77B-EA86-443F-B7A0-920ABFD043D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ika">
    <w:charset w:val="00"/>
    <w:family w:val="auto"/>
    <w:pitch w:val="default"/>
    <w:embedRegular r:id="rId9" w:fontKey="{0F6F8A24-D747-4C67-923A-BE78B9D8D24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A2D7E1FC-E6C2-458B-962B-3666808F1448}"/>
  </w:font>
  <w:font w:name="Arial Unicode MS">
    <w:altName w:val="Arial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23936"/>
    <w:multiLevelType w:val="multilevel"/>
    <w:tmpl w:val="8D709590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12074194">
    <w:abstractNumId w:val="0"/>
  </w:num>
  <w:num w:numId="2" w16cid:durableId="12893112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89157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5799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17966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74478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5D"/>
    <w:rsid w:val="0015611E"/>
    <w:rsid w:val="0019435C"/>
    <w:rsid w:val="00255BA4"/>
    <w:rsid w:val="00277B47"/>
    <w:rsid w:val="002A4BA3"/>
    <w:rsid w:val="002D1D88"/>
    <w:rsid w:val="003132B9"/>
    <w:rsid w:val="00387DEF"/>
    <w:rsid w:val="003E3BC4"/>
    <w:rsid w:val="0047325D"/>
    <w:rsid w:val="00670ECE"/>
    <w:rsid w:val="0073091E"/>
    <w:rsid w:val="007546F6"/>
    <w:rsid w:val="007E5F5D"/>
    <w:rsid w:val="00841EF6"/>
    <w:rsid w:val="008E5A5D"/>
    <w:rsid w:val="009B3D56"/>
    <w:rsid w:val="00A23FC2"/>
    <w:rsid w:val="00B06B3B"/>
    <w:rsid w:val="00BE6044"/>
    <w:rsid w:val="00C8316E"/>
    <w:rsid w:val="00DD3DBF"/>
    <w:rsid w:val="00EA40B9"/>
    <w:rsid w:val="00EE6864"/>
    <w:rsid w:val="00FE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CA1BD"/>
  <w15:docId w15:val="{22593F70-2097-4EA6-9703-945A1AF1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F545A7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C9749.FF75A8A0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kfOAWg4ml4cAHIDzYSZc/rXaTg==">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cp:lastModifiedBy>Linda Mars</cp:lastModifiedBy>
  <cp:revision>13</cp:revision>
  <dcterms:created xsi:type="dcterms:W3CDTF">2026-02-03T21:21:00Z</dcterms:created>
  <dcterms:modified xsi:type="dcterms:W3CDTF">2026-09-14T14:07:00Z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a721c2f5-aaa2-4407-9cec-b9ade71d467d</vt:lpwstr>
  </property>
</Properties>
</file>